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Microsoft YaHei" w:hAnsi="Microsoft YaHei" w:eastAsia="Microsoft YaHei" w:cs="Microsoft YaHei"/>
          <w:b/>
          <w:color w:val="E46B16"/>
          <w:sz w:val="20"/>
        </w:rPr>
        <w:t>鑫铭印刷 · 包装定制</w:t>
      </w:r>
    </w:p>
    <w:p>
      <w:pPr>
        <w:spacing w:after="100"/>
      </w:pPr>
      <w:r>
        <w:rPr>
          <w:rFonts w:ascii="Microsoft YaHei" w:hAnsi="Microsoft YaHei" w:eastAsia="Microsoft YaHei" w:cs="Microsoft YaHei"/>
          <w:b/>
          <w:color w:val="172027"/>
          <w:sz w:val="52"/>
        </w:rPr>
        <w:t>包装盒彩盒定制需求单</w:t>
      </w:r>
    </w:p>
    <w:p>
      <w:pPr>
        <w:spacing w:after="280"/>
      </w:pPr>
      <w:r>
        <w:rPr>
          <w:rFonts w:ascii="Microsoft YaHei" w:hAnsi="Microsoft YaHei" w:eastAsia="Microsoft YaHei" w:cs="Microsoft YaHei"/>
          <w:b w:val="0"/>
          <w:color w:val="5E6B78"/>
          <w:sz w:val="21"/>
        </w:rPr>
        <w:t>请按实际包装产品填写；未知项目可留空，提交后由客服和结构工程师复核。</w:t>
      </w:r>
    </w:p>
    <w:p>
      <w:pPr>
        <w:pStyle w:val="Heading1"/>
      </w:pPr>
      <w:r>
        <w:rPr>
          <w:rFonts w:ascii="Microsoft YaHei" w:hAnsi="Microsoft YaHei" w:eastAsia="Microsoft YaHei" w:cs="Microsoft YaHei"/>
          <w:b/>
          <w:color w:val="172027"/>
          <w:sz w:val="32"/>
        </w:rPr>
        <w:t>01  联系与项目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tblHeader w:val="true"/>
        </w:trPr>
        <w:tc>
          <w:tcPr>
            <w:tcW w:type="dxa" w:w="27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1B8"/>
          </w:tcPr>
          <w:p>
            <w:pPr>
              <w:spacing w:before="0" w:after="0" w:line="276" w:lineRule="auto"/>
            </w:pPr>
            <w:r>
              <w:rPr>
                <w:rFonts w:ascii="Microsoft YaHei" w:hAnsi="Microsoft YaHei" w:eastAsia="Microsoft YaHei" w:cs="Microsoft YaHei"/>
                <w:b/>
                <w:color w:val="172027"/>
                <w:sz w:val="19"/>
              </w:rPr>
              <w:t>填写项目</w:t>
            </w:r>
          </w:p>
        </w:tc>
        <w:tc>
          <w:tcPr>
            <w:tcW w:type="dxa" w:w="66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1B8"/>
          </w:tcPr>
          <w:p>
            <w:pPr>
              <w:spacing w:before="0" w:after="0" w:line="276" w:lineRule="auto"/>
            </w:pPr>
            <w:r>
              <w:rPr>
                <w:rFonts w:ascii="Microsoft YaHei" w:hAnsi="Microsoft YaHei" w:eastAsia="Microsoft YaHei" w:cs="Microsoft YaHei"/>
                <w:b/>
                <w:color w:val="172027"/>
                <w:sz w:val="19"/>
              </w:rPr>
              <w:t>客户填写 / 勾选</w:t>
            </w:r>
          </w:p>
        </w:tc>
      </w:tr>
      <w:tr>
        <w:tc>
          <w:tcPr>
            <w:tcW w:type="dxa" w:w="27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5F7FA"/>
          </w:tcPr>
          <w:p>
            <w:pPr>
              <w:spacing w:before="0" w:after="0" w:line="276" w:lineRule="auto"/>
            </w:pPr>
            <w:r>
              <w:rPr>
                <w:rFonts w:ascii="Microsoft YaHei" w:hAnsi="Microsoft YaHei" w:eastAsia="Microsoft YaHei" w:cs="Microsoft YaHei"/>
                <w:b/>
                <w:color w:val="172027"/>
                <w:sz w:val="19"/>
              </w:rPr>
              <w:t>客户 / 公司名称</w:t>
            </w:r>
          </w:p>
        </w:tc>
        <w:tc>
          <w:tcPr>
            <w:tcW w:type="dxa" w:w="66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76" w:lineRule="auto"/>
            </w:pPr>
            <w:r>
              <w:rPr>
                <w:rFonts w:ascii="Microsoft YaHei" w:hAnsi="Microsoft YaHei" w:eastAsia="Microsoft YaHei" w:cs="Microsoft YaHei"/>
                <w:b w:val="0"/>
                <w:color w:val="172027"/>
                <w:sz w:val="19"/>
              </w:rPr>
            </w:r>
          </w:p>
        </w:tc>
      </w:tr>
      <w:tr>
        <w:tc>
          <w:tcPr>
            <w:tcW w:type="dxa" w:w="27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5F7FA"/>
          </w:tcPr>
          <w:p>
            <w:pPr>
              <w:spacing w:before="0" w:after="0" w:line="276" w:lineRule="auto"/>
            </w:pPr>
            <w:r>
              <w:rPr>
                <w:rFonts w:ascii="Microsoft YaHei" w:hAnsi="Microsoft YaHei" w:eastAsia="Microsoft YaHei" w:cs="Microsoft YaHei"/>
                <w:b/>
                <w:color w:val="172027"/>
                <w:sz w:val="19"/>
              </w:rPr>
              <w:t>联系人及电话</w:t>
            </w:r>
          </w:p>
        </w:tc>
        <w:tc>
          <w:tcPr>
            <w:tcW w:type="dxa" w:w="66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76" w:lineRule="auto"/>
            </w:pPr>
            <w:r>
              <w:rPr>
                <w:rFonts w:ascii="Microsoft YaHei" w:hAnsi="Microsoft YaHei" w:eastAsia="Microsoft YaHei" w:cs="Microsoft YaHei"/>
                <w:b w:val="0"/>
                <w:color w:val="172027"/>
                <w:sz w:val="19"/>
              </w:rPr>
            </w:r>
          </w:p>
        </w:tc>
      </w:tr>
      <w:tr>
        <w:tc>
          <w:tcPr>
            <w:tcW w:type="dxa" w:w="27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5F7FA"/>
          </w:tcPr>
          <w:p>
            <w:pPr>
              <w:spacing w:before="0" w:after="0" w:line="276" w:lineRule="auto"/>
            </w:pPr>
            <w:r>
              <w:rPr>
                <w:rFonts w:ascii="Microsoft YaHei" w:hAnsi="Microsoft YaHei" w:eastAsia="Microsoft YaHei" w:cs="Microsoft YaHei"/>
                <w:b/>
                <w:color w:val="172027"/>
                <w:sz w:val="19"/>
              </w:rPr>
              <w:t>订单号（已有订单时）</w:t>
            </w:r>
          </w:p>
        </w:tc>
        <w:tc>
          <w:tcPr>
            <w:tcW w:type="dxa" w:w="66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76" w:lineRule="auto"/>
            </w:pPr>
            <w:r>
              <w:rPr>
                <w:rFonts w:ascii="Microsoft YaHei" w:hAnsi="Microsoft YaHei" w:eastAsia="Microsoft YaHei" w:cs="Microsoft YaHei"/>
                <w:b w:val="0"/>
                <w:color w:val="172027"/>
                <w:sz w:val="19"/>
              </w:rPr>
            </w:r>
          </w:p>
        </w:tc>
      </w:tr>
      <w:tr>
        <w:tc>
          <w:tcPr>
            <w:tcW w:type="dxa" w:w="27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5F7FA"/>
          </w:tcPr>
          <w:p>
            <w:pPr>
              <w:spacing w:before="0" w:after="0" w:line="276" w:lineRule="auto"/>
            </w:pPr>
            <w:r>
              <w:rPr>
                <w:rFonts w:ascii="Microsoft YaHei" w:hAnsi="Microsoft YaHei" w:eastAsia="Microsoft YaHei" w:cs="Microsoft YaHei"/>
                <w:b/>
                <w:color w:val="172027"/>
                <w:sz w:val="19"/>
              </w:rPr>
              <w:t>期望交期</w:t>
            </w:r>
          </w:p>
        </w:tc>
        <w:tc>
          <w:tcPr>
            <w:tcW w:type="dxa" w:w="66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76" w:lineRule="auto"/>
            </w:pPr>
            <w:r>
              <w:rPr>
                <w:rFonts w:ascii="Microsoft YaHei" w:hAnsi="Microsoft YaHei" w:eastAsia="Microsoft YaHei" w:cs="Microsoft YaHei"/>
                <w:b w:val="0"/>
                <w:color w:val="172027"/>
                <w:sz w:val="19"/>
              </w:rPr>
              <w:t>____年____月____日</w:t>
            </w:r>
          </w:p>
        </w:tc>
      </w:tr>
      <w:tr>
        <w:tc>
          <w:tcPr>
            <w:tcW w:type="dxa" w:w="27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5F7FA"/>
          </w:tcPr>
          <w:p>
            <w:pPr>
              <w:spacing w:before="0" w:after="0" w:line="276" w:lineRule="auto"/>
            </w:pPr>
            <w:r>
              <w:rPr>
                <w:rFonts w:ascii="Microsoft YaHei" w:hAnsi="Microsoft YaHei" w:eastAsia="Microsoft YaHei" w:cs="Microsoft YaHei"/>
                <w:b/>
                <w:color w:val="172027"/>
                <w:sz w:val="19"/>
              </w:rPr>
              <w:t>产品用途</w:t>
            </w:r>
          </w:p>
        </w:tc>
        <w:tc>
          <w:tcPr>
            <w:tcW w:type="dxa" w:w="66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76" w:lineRule="auto"/>
            </w:pPr>
            <w:r>
              <w:rPr>
                <w:rFonts w:ascii="Microsoft YaHei" w:hAnsi="Microsoft YaHei" w:eastAsia="Microsoft YaHei" w:cs="Microsoft YaHei"/>
                <w:b w:val="0"/>
                <w:color w:val="172027"/>
                <w:sz w:val="19"/>
              </w:rPr>
              <w:t>□ 零售包装  □ 礼盒  □ 电商发货  □ 展示  □ 其他：________</w:t>
            </w:r>
          </w:p>
        </w:tc>
      </w:tr>
    </w:tbl>
    <w:p>
      <w:pPr>
        <w:pStyle w:val="Heading1"/>
      </w:pPr>
      <w:r>
        <w:rPr>
          <w:rFonts w:ascii="Microsoft YaHei" w:hAnsi="Microsoft YaHei" w:eastAsia="Microsoft YaHei" w:cs="Microsoft YaHei"/>
          <w:b/>
          <w:color w:val="172027"/>
          <w:sz w:val="32"/>
        </w:rPr>
        <w:t>02  盒型与尺寸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tblHeader w:val="true"/>
        </w:trPr>
        <w:tc>
          <w:tcPr>
            <w:tcW w:type="dxa" w:w="27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1B8"/>
          </w:tcPr>
          <w:p>
            <w:pPr>
              <w:spacing w:before="0" w:after="0" w:line="276" w:lineRule="auto"/>
            </w:pPr>
            <w:r>
              <w:rPr>
                <w:rFonts w:ascii="Microsoft YaHei" w:hAnsi="Microsoft YaHei" w:eastAsia="Microsoft YaHei" w:cs="Microsoft YaHei"/>
                <w:b/>
                <w:color w:val="172027"/>
                <w:sz w:val="19"/>
              </w:rPr>
              <w:t>填写项目</w:t>
            </w:r>
          </w:p>
        </w:tc>
        <w:tc>
          <w:tcPr>
            <w:tcW w:type="dxa" w:w="66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1B8"/>
          </w:tcPr>
          <w:p>
            <w:pPr>
              <w:spacing w:before="0" w:after="0" w:line="276" w:lineRule="auto"/>
            </w:pPr>
            <w:r>
              <w:rPr>
                <w:rFonts w:ascii="Microsoft YaHei" w:hAnsi="Microsoft YaHei" w:eastAsia="Microsoft YaHei" w:cs="Microsoft YaHei"/>
                <w:b/>
                <w:color w:val="172027"/>
                <w:sz w:val="19"/>
              </w:rPr>
              <w:t>客户填写 / 勾选</w:t>
            </w:r>
          </w:p>
        </w:tc>
      </w:tr>
      <w:tr>
        <w:tc>
          <w:tcPr>
            <w:tcW w:type="dxa" w:w="27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5F7FA"/>
          </w:tcPr>
          <w:p>
            <w:pPr>
              <w:spacing w:before="0" w:after="0" w:line="276" w:lineRule="auto"/>
            </w:pPr>
            <w:r>
              <w:rPr>
                <w:rFonts w:ascii="Microsoft YaHei" w:hAnsi="Microsoft YaHei" w:eastAsia="Microsoft YaHei" w:cs="Microsoft YaHei"/>
                <w:b/>
                <w:color w:val="172027"/>
                <w:sz w:val="19"/>
              </w:rPr>
              <w:t>盒型</w:t>
            </w:r>
          </w:p>
        </w:tc>
        <w:tc>
          <w:tcPr>
            <w:tcW w:type="dxa" w:w="66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76" w:lineRule="auto"/>
            </w:pPr>
            <w:r>
              <w:rPr>
                <w:rFonts w:ascii="Microsoft YaHei" w:hAnsi="Microsoft YaHei" w:eastAsia="Microsoft YaHei" w:cs="Microsoft YaHei"/>
                <w:b w:val="0"/>
                <w:color w:val="172027"/>
                <w:sz w:val="19"/>
              </w:rPr>
              <w:t>□ 插口盒  □ 扣底盒  □ 天地盖  □ 抽屉盒  □ 手提盒  □ 其他</w:t>
            </w:r>
          </w:p>
        </w:tc>
      </w:tr>
      <w:tr>
        <w:tc>
          <w:tcPr>
            <w:tcW w:type="dxa" w:w="27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5F7FA"/>
          </w:tcPr>
          <w:p>
            <w:pPr>
              <w:spacing w:before="0" w:after="0" w:line="276" w:lineRule="auto"/>
            </w:pPr>
            <w:r>
              <w:rPr>
                <w:rFonts w:ascii="Microsoft YaHei" w:hAnsi="Microsoft YaHei" w:eastAsia="Microsoft YaHei" w:cs="Microsoft YaHei"/>
                <w:b/>
                <w:color w:val="172027"/>
                <w:sz w:val="19"/>
              </w:rPr>
              <w:t>成品内尺寸</w:t>
            </w:r>
          </w:p>
        </w:tc>
        <w:tc>
          <w:tcPr>
            <w:tcW w:type="dxa" w:w="66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76" w:lineRule="auto"/>
            </w:pPr>
            <w:r>
              <w:rPr>
                <w:rFonts w:ascii="Microsoft YaHei" w:hAnsi="Microsoft YaHei" w:eastAsia="Microsoft YaHei" w:cs="Microsoft YaHei"/>
                <w:b w:val="0"/>
                <w:color w:val="172027"/>
                <w:sz w:val="19"/>
              </w:rPr>
              <w:t>长 ______ mm × 宽 ______ mm × 高 ______ mm</w:t>
            </w:r>
          </w:p>
        </w:tc>
      </w:tr>
      <w:tr>
        <w:tc>
          <w:tcPr>
            <w:tcW w:type="dxa" w:w="27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5F7FA"/>
          </w:tcPr>
          <w:p>
            <w:pPr>
              <w:spacing w:before="0" w:after="0" w:line="276" w:lineRule="auto"/>
            </w:pPr>
            <w:r>
              <w:rPr>
                <w:rFonts w:ascii="Microsoft YaHei" w:hAnsi="Microsoft YaHei" w:eastAsia="Microsoft YaHei" w:cs="Microsoft YaHei"/>
                <w:b/>
                <w:color w:val="172027"/>
                <w:sz w:val="19"/>
              </w:rPr>
              <w:t>包装物尺寸 / 重量</w:t>
            </w:r>
          </w:p>
        </w:tc>
        <w:tc>
          <w:tcPr>
            <w:tcW w:type="dxa" w:w="66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76" w:lineRule="auto"/>
            </w:pPr>
            <w:r>
              <w:rPr>
                <w:rFonts w:ascii="Microsoft YaHei" w:hAnsi="Microsoft YaHei" w:eastAsia="Microsoft YaHei" w:cs="Microsoft YaHei"/>
                <w:b w:val="0"/>
                <w:color w:val="172027"/>
                <w:sz w:val="19"/>
              </w:rPr>
              <w:t>长 ______ mm × 宽 ______ mm × 高 ______ mm；重量 ______ g</w:t>
            </w:r>
          </w:p>
        </w:tc>
      </w:tr>
      <w:tr>
        <w:tc>
          <w:tcPr>
            <w:tcW w:type="dxa" w:w="27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5F7FA"/>
          </w:tcPr>
          <w:p>
            <w:pPr>
              <w:spacing w:before="0" w:after="0" w:line="276" w:lineRule="auto"/>
            </w:pPr>
            <w:r>
              <w:rPr>
                <w:rFonts w:ascii="Microsoft YaHei" w:hAnsi="Microsoft YaHei" w:eastAsia="Microsoft YaHei" w:cs="Microsoft YaHei"/>
                <w:b/>
                <w:color w:val="172027"/>
                <w:sz w:val="19"/>
              </w:rPr>
              <w:t>装量</w:t>
            </w:r>
          </w:p>
        </w:tc>
        <w:tc>
          <w:tcPr>
            <w:tcW w:type="dxa" w:w="66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76" w:lineRule="auto"/>
            </w:pPr>
            <w:r>
              <w:rPr>
                <w:rFonts w:ascii="Microsoft YaHei" w:hAnsi="Microsoft YaHei" w:eastAsia="Microsoft YaHei" w:cs="Microsoft YaHei"/>
                <w:b w:val="0"/>
                <w:color w:val="172027"/>
                <w:sz w:val="19"/>
              </w:rPr>
              <w:t>每盒装 ______ 件；是否需要内托：□ 是  □ 否</w:t>
            </w:r>
          </w:p>
        </w:tc>
      </w:tr>
      <w:tr>
        <w:tc>
          <w:tcPr>
            <w:tcW w:type="dxa" w:w="27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5F7FA"/>
          </w:tcPr>
          <w:p>
            <w:pPr>
              <w:spacing w:before="0" w:after="0" w:line="276" w:lineRule="auto"/>
            </w:pPr>
            <w:r>
              <w:rPr>
                <w:rFonts w:ascii="Microsoft YaHei" w:hAnsi="Microsoft YaHei" w:eastAsia="Microsoft YaHei" w:cs="Microsoft YaHei"/>
                <w:b/>
                <w:color w:val="172027"/>
                <w:sz w:val="19"/>
              </w:rPr>
              <w:t>结构参考</w:t>
            </w:r>
          </w:p>
        </w:tc>
        <w:tc>
          <w:tcPr>
            <w:tcW w:type="dxa" w:w="66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76" w:lineRule="auto"/>
            </w:pPr>
            <w:r>
              <w:rPr>
                <w:rFonts w:ascii="Microsoft YaHei" w:hAnsi="Microsoft YaHei" w:eastAsia="Microsoft YaHei" w:cs="Microsoft YaHei"/>
                <w:b w:val="0"/>
                <w:color w:val="172027"/>
                <w:sz w:val="19"/>
              </w:rPr>
              <w:t>□ 已上传样盒照片  □ 已上传现有刀版  □ 需要鑫铭协助设计结构</w:t>
            </w:r>
          </w:p>
        </w:tc>
      </w:tr>
    </w:tbl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8DB"/>
          </w:tcPr>
          <w:p>
            <w:r>
              <w:rPr>
                <w:rFonts w:ascii="Microsoft YaHei" w:hAnsi="Microsoft YaHei" w:eastAsia="Microsoft YaHei" w:cs="Microsoft YaHei"/>
                <w:b/>
                <w:color w:val="7A5A00"/>
                <w:sz w:val="19"/>
              </w:rPr>
              <w:t>尺寸说明：</w:t>
            </w:r>
            <w:r>
              <w:rPr>
                <w:rFonts w:ascii="Microsoft YaHei" w:hAnsi="Microsoft YaHei" w:eastAsia="Microsoft YaHei" w:cs="Microsoft YaHei"/>
                <w:b w:val="0"/>
                <w:color w:val="564000"/>
                <w:sz w:val="19"/>
              </w:rPr>
              <w:t>默认按内尺寸沟通。实物较软、较重或需要缓冲空间时，请一并说明；正式生产以双方确认的刀版和打样为准。</w:t>
            </w:r>
          </w:p>
        </w:tc>
      </w:tr>
    </w:tbl>
    <w:p>
      <w:pPr>
        <w:sectPr>
          <w:headerReference w:type="default" r:id="rId9"/>
          <w:footerReference w:type="default" r:id="rId10"/>
          <w:pgSz w:w="12240" w:h="15840"/>
          <w:pgMar w:top="1037" w:right="1440" w:bottom="1037" w:left="1440" w:header="504" w:footer="504" w:gutter="0"/>
          <w:cols w:space="720"/>
          <w:docGrid w:linePitch="360"/>
        </w:sectPr>
      </w:pPr>
    </w:p>
    <w:p>
      <w:pPr>
        <w:pStyle w:val="Heading1"/>
      </w:pPr>
      <w:r>
        <w:rPr>
          <w:rFonts w:ascii="Microsoft YaHei" w:hAnsi="Microsoft YaHei" w:eastAsia="Microsoft YaHei" w:cs="Microsoft YaHei"/>
          <w:b/>
          <w:color w:val="172027"/>
          <w:sz w:val="32"/>
        </w:rPr>
        <w:t>03  材料与印刷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tblHeader w:val="true"/>
        </w:trPr>
        <w:tc>
          <w:tcPr>
            <w:tcW w:type="dxa" w:w="27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1B8"/>
          </w:tcPr>
          <w:p>
            <w:pPr>
              <w:spacing w:before="0" w:after="0" w:line="276" w:lineRule="auto"/>
            </w:pPr>
            <w:r>
              <w:rPr>
                <w:rFonts w:ascii="Microsoft YaHei" w:hAnsi="Microsoft YaHei" w:eastAsia="Microsoft YaHei" w:cs="Microsoft YaHei"/>
                <w:b/>
                <w:color w:val="172027"/>
                <w:sz w:val="19"/>
              </w:rPr>
              <w:t>填写项目</w:t>
            </w:r>
          </w:p>
        </w:tc>
        <w:tc>
          <w:tcPr>
            <w:tcW w:type="dxa" w:w="66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1B8"/>
          </w:tcPr>
          <w:p>
            <w:pPr>
              <w:spacing w:before="0" w:after="0" w:line="276" w:lineRule="auto"/>
            </w:pPr>
            <w:r>
              <w:rPr>
                <w:rFonts w:ascii="Microsoft YaHei" w:hAnsi="Microsoft YaHei" w:eastAsia="Microsoft YaHei" w:cs="Microsoft YaHei"/>
                <w:b/>
                <w:color w:val="172027"/>
                <w:sz w:val="19"/>
              </w:rPr>
              <w:t>客户填写 / 勾选</w:t>
            </w:r>
          </w:p>
        </w:tc>
      </w:tr>
      <w:tr>
        <w:tc>
          <w:tcPr>
            <w:tcW w:type="dxa" w:w="27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5F7FA"/>
          </w:tcPr>
          <w:p>
            <w:pPr>
              <w:spacing w:before="0" w:after="0" w:line="276" w:lineRule="auto"/>
            </w:pPr>
            <w:r>
              <w:rPr>
                <w:rFonts w:ascii="Microsoft YaHei" w:hAnsi="Microsoft YaHei" w:eastAsia="Microsoft YaHei" w:cs="Microsoft YaHei"/>
                <w:b/>
                <w:color w:val="172027"/>
                <w:sz w:val="19"/>
              </w:rPr>
              <w:t>材料</w:t>
            </w:r>
          </w:p>
        </w:tc>
        <w:tc>
          <w:tcPr>
            <w:tcW w:type="dxa" w:w="66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76" w:lineRule="auto"/>
            </w:pPr>
            <w:r>
              <w:rPr>
                <w:rFonts w:ascii="Microsoft YaHei" w:hAnsi="Microsoft YaHei" w:eastAsia="Microsoft YaHei" w:cs="Microsoft YaHei"/>
                <w:b w:val="0"/>
                <w:color w:val="172027"/>
                <w:sz w:val="19"/>
              </w:rPr>
              <w:t>□ 白卡纸  □ 铜版纸  □ 牛皮纸  □ 瓦楞纸  □ 特种纸  □ 其他</w:t>
            </w:r>
          </w:p>
        </w:tc>
      </w:tr>
      <w:tr>
        <w:tc>
          <w:tcPr>
            <w:tcW w:type="dxa" w:w="27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5F7FA"/>
          </w:tcPr>
          <w:p>
            <w:pPr>
              <w:spacing w:before="0" w:after="0" w:line="276" w:lineRule="auto"/>
            </w:pPr>
            <w:r>
              <w:rPr>
                <w:rFonts w:ascii="Microsoft YaHei" w:hAnsi="Microsoft YaHei" w:eastAsia="Microsoft YaHei" w:cs="Microsoft YaHei"/>
                <w:b/>
                <w:color w:val="172027"/>
                <w:sz w:val="19"/>
              </w:rPr>
              <w:t>克重 / 厚度</w:t>
            </w:r>
          </w:p>
        </w:tc>
        <w:tc>
          <w:tcPr>
            <w:tcW w:type="dxa" w:w="66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76" w:lineRule="auto"/>
            </w:pPr>
            <w:r>
              <w:rPr>
                <w:rFonts w:ascii="Microsoft YaHei" w:hAnsi="Microsoft YaHei" w:eastAsia="Microsoft YaHei" w:cs="Microsoft YaHei"/>
                <w:b w:val="0"/>
                <w:color w:val="172027"/>
                <w:sz w:val="19"/>
              </w:rPr>
              <w:t>□ 由鑫铭建议  □ 指定：________________</w:t>
            </w:r>
          </w:p>
        </w:tc>
      </w:tr>
      <w:tr>
        <w:tc>
          <w:tcPr>
            <w:tcW w:type="dxa" w:w="27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5F7FA"/>
          </w:tcPr>
          <w:p>
            <w:pPr>
              <w:spacing w:before="0" w:after="0" w:line="276" w:lineRule="auto"/>
            </w:pPr>
            <w:r>
              <w:rPr>
                <w:rFonts w:ascii="Microsoft YaHei" w:hAnsi="Microsoft YaHei" w:eastAsia="Microsoft YaHei" w:cs="Microsoft YaHei"/>
                <w:b/>
                <w:color w:val="172027"/>
                <w:sz w:val="19"/>
              </w:rPr>
              <w:t>印刷面</w:t>
            </w:r>
          </w:p>
        </w:tc>
        <w:tc>
          <w:tcPr>
            <w:tcW w:type="dxa" w:w="66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76" w:lineRule="auto"/>
            </w:pPr>
            <w:r>
              <w:rPr>
                <w:rFonts w:ascii="Microsoft YaHei" w:hAnsi="Microsoft YaHei" w:eastAsia="Microsoft YaHei" w:cs="Microsoft YaHei"/>
                <w:b w:val="0"/>
                <w:color w:val="172027"/>
                <w:sz w:val="19"/>
              </w:rPr>
              <w:t>□ 单面  □ 双面  □ 盒内也印刷</w:t>
            </w:r>
          </w:p>
        </w:tc>
      </w:tr>
      <w:tr>
        <w:tc>
          <w:tcPr>
            <w:tcW w:type="dxa" w:w="27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5F7FA"/>
          </w:tcPr>
          <w:p>
            <w:pPr>
              <w:spacing w:before="0" w:after="0" w:line="276" w:lineRule="auto"/>
            </w:pPr>
            <w:r>
              <w:rPr>
                <w:rFonts w:ascii="Microsoft YaHei" w:hAnsi="Microsoft YaHei" w:eastAsia="Microsoft YaHei" w:cs="Microsoft YaHei"/>
                <w:b/>
                <w:color w:val="172027"/>
                <w:sz w:val="19"/>
              </w:rPr>
              <w:t>颜色</w:t>
            </w:r>
          </w:p>
        </w:tc>
        <w:tc>
          <w:tcPr>
            <w:tcW w:type="dxa" w:w="66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76" w:lineRule="auto"/>
            </w:pPr>
            <w:r>
              <w:rPr>
                <w:rFonts w:ascii="Microsoft YaHei" w:hAnsi="Microsoft YaHei" w:eastAsia="Microsoft YaHei" w:cs="Microsoft YaHei"/>
                <w:b w:val="0"/>
                <w:color w:val="172027"/>
                <w:sz w:val="19"/>
              </w:rPr>
              <w:t>□ CMYK四色  □ 专色  □ 白墨  □ 不确定，需确认</w:t>
            </w:r>
          </w:p>
        </w:tc>
      </w:tr>
      <w:tr>
        <w:tc>
          <w:tcPr>
            <w:tcW w:type="dxa" w:w="27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5F7FA"/>
          </w:tcPr>
          <w:p>
            <w:pPr>
              <w:spacing w:before="0" w:after="0" w:line="276" w:lineRule="auto"/>
            </w:pPr>
            <w:r>
              <w:rPr>
                <w:rFonts w:ascii="Microsoft YaHei" w:hAnsi="Microsoft YaHei" w:eastAsia="Microsoft YaHei" w:cs="Microsoft YaHei"/>
                <w:b/>
                <w:color w:val="172027"/>
                <w:sz w:val="19"/>
              </w:rPr>
              <w:t>表面处理</w:t>
            </w:r>
          </w:p>
        </w:tc>
        <w:tc>
          <w:tcPr>
            <w:tcW w:type="dxa" w:w="66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76" w:lineRule="auto"/>
            </w:pPr>
            <w:r>
              <w:rPr>
                <w:rFonts w:ascii="Microsoft YaHei" w:hAnsi="Microsoft YaHei" w:eastAsia="Microsoft YaHei" w:cs="Microsoft YaHei"/>
                <w:b w:val="0"/>
                <w:color w:val="172027"/>
                <w:sz w:val="19"/>
              </w:rPr>
              <w:t>□ 哑膜  □ 光膜  □ 触感膜  □ 上光  □ 不覆膜</w:t>
            </w:r>
          </w:p>
        </w:tc>
      </w:tr>
      <w:tr>
        <w:tc>
          <w:tcPr>
            <w:tcW w:type="dxa" w:w="27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5F7FA"/>
          </w:tcPr>
          <w:p>
            <w:pPr>
              <w:spacing w:before="0" w:after="0" w:line="276" w:lineRule="auto"/>
            </w:pPr>
            <w:r>
              <w:rPr>
                <w:rFonts w:ascii="Microsoft YaHei" w:hAnsi="Microsoft YaHei" w:eastAsia="Microsoft YaHei" w:cs="Microsoft YaHei"/>
                <w:b/>
                <w:color w:val="172027"/>
                <w:sz w:val="19"/>
              </w:rPr>
              <w:t>特殊工艺</w:t>
            </w:r>
          </w:p>
        </w:tc>
        <w:tc>
          <w:tcPr>
            <w:tcW w:type="dxa" w:w="66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76" w:lineRule="auto"/>
            </w:pPr>
            <w:r>
              <w:rPr>
                <w:rFonts w:ascii="Microsoft YaHei" w:hAnsi="Microsoft YaHei" w:eastAsia="Microsoft YaHei" w:cs="Microsoft YaHei"/>
                <w:b w:val="0"/>
                <w:color w:val="172027"/>
                <w:sz w:val="19"/>
              </w:rPr>
              <w:t>□ 烫金  □ 烫银  □ 击凸  □ 压凹  □ 局部UV  □ 开窗  □ 其他</w:t>
            </w:r>
          </w:p>
        </w:tc>
      </w:tr>
      <w:tr>
        <w:tc>
          <w:tcPr>
            <w:tcW w:type="dxa" w:w="27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5F7FA"/>
          </w:tcPr>
          <w:p>
            <w:pPr>
              <w:spacing w:before="0" w:after="0" w:line="276" w:lineRule="auto"/>
            </w:pPr>
            <w:r>
              <w:rPr>
                <w:rFonts w:ascii="Microsoft YaHei" w:hAnsi="Microsoft YaHei" w:eastAsia="Microsoft YaHei" w:cs="Microsoft YaHei"/>
                <w:b/>
                <w:color w:val="172027"/>
                <w:sz w:val="19"/>
              </w:rPr>
              <w:t>数量 / 打样</w:t>
            </w:r>
          </w:p>
        </w:tc>
        <w:tc>
          <w:tcPr>
            <w:tcW w:type="dxa" w:w="66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76" w:lineRule="auto"/>
            </w:pPr>
            <w:r>
              <w:rPr>
                <w:rFonts w:ascii="Microsoft YaHei" w:hAnsi="Microsoft YaHei" w:eastAsia="Microsoft YaHei" w:cs="Microsoft YaHei"/>
                <w:b w:val="0"/>
                <w:color w:val="172027"/>
                <w:sz w:val="19"/>
              </w:rPr>
              <w:t>数量 ______ 个；□ 先打样  □ 直接量产  □ 需要阶梯报价</w:t>
            </w:r>
          </w:p>
        </w:tc>
      </w:tr>
    </w:tbl>
    <w:p>
      <w:pPr>
        <w:pStyle w:val="Heading1"/>
      </w:pPr>
      <w:r>
        <w:rPr>
          <w:rFonts w:ascii="Microsoft YaHei" w:hAnsi="Microsoft YaHei" w:eastAsia="Microsoft YaHei" w:cs="Microsoft YaHei"/>
          <w:b/>
          <w:color w:val="172027"/>
          <w:sz w:val="32"/>
        </w:rPr>
        <w:t>04  文件与确认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tblHeader w:val="true"/>
        </w:trPr>
        <w:tc>
          <w:tcPr>
            <w:tcW w:type="dxa" w:w="27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1B8"/>
          </w:tcPr>
          <w:p>
            <w:pPr>
              <w:spacing w:before="0" w:after="0" w:line="276" w:lineRule="auto"/>
            </w:pPr>
            <w:r>
              <w:rPr>
                <w:rFonts w:ascii="Microsoft YaHei" w:hAnsi="Microsoft YaHei" w:eastAsia="Microsoft YaHei" w:cs="Microsoft YaHei"/>
                <w:b/>
                <w:color w:val="172027"/>
                <w:sz w:val="19"/>
              </w:rPr>
              <w:t>填写项目</w:t>
            </w:r>
          </w:p>
        </w:tc>
        <w:tc>
          <w:tcPr>
            <w:tcW w:type="dxa" w:w="66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1B8"/>
          </w:tcPr>
          <w:p>
            <w:pPr>
              <w:spacing w:before="0" w:after="0" w:line="276" w:lineRule="auto"/>
            </w:pPr>
            <w:r>
              <w:rPr>
                <w:rFonts w:ascii="Microsoft YaHei" w:hAnsi="Microsoft YaHei" w:eastAsia="Microsoft YaHei" w:cs="Microsoft YaHei"/>
                <w:b/>
                <w:color w:val="172027"/>
                <w:sz w:val="19"/>
              </w:rPr>
              <w:t>客户填写 / 勾选</w:t>
            </w:r>
          </w:p>
        </w:tc>
      </w:tr>
      <w:tr>
        <w:tc>
          <w:tcPr>
            <w:tcW w:type="dxa" w:w="27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5F7FA"/>
          </w:tcPr>
          <w:p>
            <w:pPr>
              <w:spacing w:before="0" w:after="0" w:line="276" w:lineRule="auto"/>
            </w:pPr>
            <w:r>
              <w:rPr>
                <w:rFonts w:ascii="Microsoft YaHei" w:hAnsi="Microsoft YaHei" w:eastAsia="Microsoft YaHei" w:cs="Microsoft YaHei"/>
                <w:b/>
                <w:color w:val="172027"/>
                <w:sz w:val="19"/>
              </w:rPr>
              <w:t>设计文件</w:t>
            </w:r>
          </w:p>
        </w:tc>
        <w:tc>
          <w:tcPr>
            <w:tcW w:type="dxa" w:w="66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76" w:lineRule="auto"/>
            </w:pPr>
            <w:r>
              <w:rPr>
                <w:rFonts w:ascii="Microsoft YaHei" w:hAnsi="Microsoft YaHei" w:eastAsia="Microsoft YaHei" w:cs="Microsoft YaHei"/>
                <w:b w:val="0"/>
                <w:color w:val="172027"/>
                <w:sz w:val="19"/>
              </w:rPr>
              <w:t>□ PDF  □ AI  □ CDR  □ PSD  □ 图片  □ 暂无设计文件</w:t>
            </w:r>
          </w:p>
        </w:tc>
      </w:tr>
      <w:tr>
        <w:tc>
          <w:tcPr>
            <w:tcW w:type="dxa" w:w="27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5F7FA"/>
          </w:tcPr>
          <w:p>
            <w:pPr>
              <w:spacing w:before="0" w:after="0" w:line="276" w:lineRule="auto"/>
            </w:pPr>
            <w:r>
              <w:rPr>
                <w:rFonts w:ascii="Microsoft YaHei" w:hAnsi="Microsoft YaHei" w:eastAsia="Microsoft YaHei" w:cs="Microsoft YaHei"/>
                <w:b/>
                <w:color w:val="172027"/>
                <w:sz w:val="19"/>
              </w:rPr>
              <w:t>刀版线</w:t>
            </w:r>
          </w:p>
        </w:tc>
        <w:tc>
          <w:tcPr>
            <w:tcW w:type="dxa" w:w="66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76" w:lineRule="auto"/>
            </w:pPr>
            <w:r>
              <w:rPr>
                <w:rFonts w:ascii="Microsoft YaHei" w:hAnsi="Microsoft YaHei" w:eastAsia="Microsoft YaHei" w:cs="Microsoft YaHei"/>
                <w:b w:val="0"/>
                <w:color w:val="172027"/>
                <w:sz w:val="19"/>
              </w:rPr>
              <w:t>□ 已单独图层  □ 需要鑫铭制作  □ 沿用旧刀版（请上传）</w:t>
            </w:r>
          </w:p>
        </w:tc>
      </w:tr>
      <w:tr>
        <w:tc>
          <w:tcPr>
            <w:tcW w:type="dxa" w:w="27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5F7FA"/>
          </w:tcPr>
          <w:p>
            <w:pPr>
              <w:spacing w:before="0" w:after="0" w:line="276" w:lineRule="auto"/>
            </w:pPr>
            <w:r>
              <w:rPr>
                <w:rFonts w:ascii="Microsoft YaHei" w:hAnsi="Microsoft YaHei" w:eastAsia="Microsoft YaHei" w:cs="Microsoft YaHei"/>
                <w:b/>
                <w:color w:val="172027"/>
                <w:sz w:val="19"/>
              </w:rPr>
              <w:t>字体与图片</w:t>
            </w:r>
          </w:p>
        </w:tc>
        <w:tc>
          <w:tcPr>
            <w:tcW w:type="dxa" w:w="66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76" w:lineRule="auto"/>
            </w:pPr>
            <w:r>
              <w:rPr>
                <w:rFonts w:ascii="Microsoft YaHei" w:hAnsi="Microsoft YaHei" w:eastAsia="Microsoft YaHei" w:cs="Microsoft YaHei"/>
                <w:b w:val="0"/>
                <w:color w:val="172027"/>
                <w:sz w:val="19"/>
              </w:rPr>
              <w:t>□ 文字已转曲/嵌入  □ 图片已打包  □ 待客服检查</w:t>
            </w:r>
          </w:p>
        </w:tc>
      </w:tr>
      <w:tr>
        <w:tc>
          <w:tcPr>
            <w:tcW w:type="dxa" w:w="27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5F7FA"/>
          </w:tcPr>
          <w:p>
            <w:pPr>
              <w:spacing w:before="0" w:after="0" w:line="276" w:lineRule="auto"/>
            </w:pPr>
            <w:r>
              <w:rPr>
                <w:rFonts w:ascii="Microsoft YaHei" w:hAnsi="Microsoft YaHei" w:eastAsia="Microsoft YaHei" w:cs="Microsoft YaHei"/>
                <w:b/>
                <w:color w:val="172027"/>
                <w:sz w:val="19"/>
              </w:rPr>
              <w:t>颜色依据</w:t>
            </w:r>
          </w:p>
        </w:tc>
        <w:tc>
          <w:tcPr>
            <w:tcW w:type="dxa" w:w="66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76" w:lineRule="auto"/>
            </w:pPr>
            <w:r>
              <w:rPr>
                <w:rFonts w:ascii="Microsoft YaHei" w:hAnsi="Microsoft YaHei" w:eastAsia="Microsoft YaHei" w:cs="Microsoft YaHei"/>
                <w:b w:val="0"/>
                <w:color w:val="172027"/>
                <w:sz w:val="19"/>
              </w:rPr>
              <w:t>□ 普通印刷标准  □ 有实物样  □ 有色号 / 专色号：________</w:t>
            </w:r>
          </w:p>
        </w:tc>
      </w:tr>
      <w:tr>
        <w:tc>
          <w:tcPr>
            <w:tcW w:type="dxa" w:w="27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5F7FA"/>
          </w:tcPr>
          <w:p>
            <w:pPr>
              <w:spacing w:before="0" w:after="0" w:line="276" w:lineRule="auto"/>
            </w:pPr>
            <w:r>
              <w:rPr>
                <w:rFonts w:ascii="Microsoft YaHei" w:hAnsi="Microsoft YaHei" w:eastAsia="Microsoft YaHei" w:cs="Microsoft YaHei"/>
                <w:b/>
                <w:color w:val="172027"/>
                <w:sz w:val="19"/>
              </w:rPr>
              <w:t>其他要求</w:t>
            </w:r>
          </w:p>
        </w:tc>
        <w:tc>
          <w:tcPr>
            <w:tcW w:type="dxa" w:w="66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76" w:lineRule="auto"/>
            </w:pPr>
            <w:r>
              <w:rPr>
                <w:rFonts w:ascii="Microsoft YaHei" w:hAnsi="Microsoft YaHei" w:eastAsia="Microsoft YaHei" w:cs="Microsoft YaHei"/>
                <w:b w:val="0"/>
                <w:color w:val="172027"/>
                <w:sz w:val="19"/>
              </w:rPr>
              <w:br/>
              <w:br/>
            </w:r>
          </w:p>
        </w:tc>
      </w:tr>
    </w:tbl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8DB"/>
          </w:tcPr>
          <w:p>
            <w:r>
              <w:rPr>
                <w:rFonts w:ascii="Microsoft YaHei" w:hAnsi="Microsoft YaHei" w:eastAsia="Microsoft YaHei" w:cs="Microsoft YaHei"/>
                <w:b/>
                <w:color w:val="7A5A00"/>
                <w:sz w:val="19"/>
              </w:rPr>
              <w:t>提交前：</w:t>
            </w:r>
            <w:r>
              <w:rPr>
                <w:rFonts w:ascii="Microsoft YaHei" w:hAnsi="Microsoft YaHei" w:eastAsia="Microsoft YaHei" w:cs="Microsoft YaHei"/>
                <w:b w:val="0"/>
                <w:color w:val="564000"/>
                <w:sz w:val="19"/>
              </w:rPr>
              <w:t>请把此需求单、设计文件、刀版或参考照片一起上传到对应订单。刀版尺寸、拼版方式、纸张纹理、专色及特殊工艺需经人工复核后才能排产。</w:t>
            </w:r>
          </w:p>
        </w:tc>
      </w:tr>
    </w:tbl>
    <w:sectPr w:rsidR="00FC693F" w:rsidRPr="0006063C" w:rsidSect="00034616">
      <w:pgSz w:w="12240" w:h="15840"/>
      <w:pgMar w:top="1037" w:right="1440" w:bottom="1037" w:left="1440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Microsoft YaHei" w:hAnsi="Microsoft YaHei" w:eastAsia="Microsoft YaHei" w:cs="Microsoft YaHei"/>
        <w:b w:val="0"/>
        <w:color w:val="6B7280"/>
        <w:sz w:val="17"/>
      </w:rPr>
      <w:t xml:space="preserve">xcyyinshua.com  ·  第 </w:t>
    </w:r>
    <w:r>
      <w:rPr>
        <w:rFonts w:ascii="Microsoft YaHei" w:hAnsi="Microsoft YaHei" w:eastAsia="Microsoft YaHei" w:cs="Microsoft YaHei"/>
        <w:b w:val="0"/>
        <w:color w:val="6B7280"/>
        <w:sz w:val="17"/>
      </w:rPr>
      <w:fldChar w:fldCharType="begin"/>
      <w:instrText xml:space="preserve"> PAGE </w:instrText>
      <w:fldChar w:fldCharType="end"/>
    </w:r>
    <w:r>
      <w:rPr>
        <w:rFonts w:ascii="Microsoft YaHei" w:hAnsi="Microsoft YaHei" w:eastAsia="Microsoft YaHei" w:cs="Microsoft YaHei"/>
        <w:b w:val="0"/>
        <w:color w:val="6B7280"/>
        <w:sz w:val="17"/>
      </w:rPr>
      <w:t xml:space="preserve"> 页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Microsoft YaHei" w:hAnsi="Microsoft YaHei" w:eastAsia="Microsoft YaHei" w:cs="Microsoft YaHei"/>
        <w:b/>
        <w:color w:val="6B7280"/>
        <w:sz w:val="17"/>
      </w:rPr>
      <w:t>鑫铭印刷  |  客户资料模板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Microsoft YaHei" w:hAnsi="Microsoft YaHei" w:eastAsia="Microsoft YaHe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172027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17202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172027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